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EB0DC2" w14:textId="77777777" w:rsidR="00882BB5" w:rsidRDefault="00000000">
      <w:pPr>
        <w:spacing w:after="180"/>
      </w:pPr>
      <w:r>
        <w:rPr>
          <w:b/>
          <w:color w:val="356273"/>
          <w:sz w:val="20"/>
        </w:rPr>
        <w:t>ASSOCIAZIONE MOSAICO APS</w:t>
      </w:r>
    </w:p>
    <w:p w14:paraId="577BA2B1" w14:textId="77777777" w:rsidR="00882BB5" w:rsidRDefault="00000000">
      <w:pPr>
        <w:pStyle w:val="Titolo"/>
      </w:pPr>
      <w:r>
        <w:t>Richiesta di adesione</w:t>
      </w:r>
    </w:p>
    <w:p w14:paraId="3D1D4AA0" w14:textId="77777777" w:rsidR="00882BB5" w:rsidRDefault="00000000">
      <w:pPr>
        <w:spacing w:after="200"/>
      </w:pPr>
      <w:r>
        <w:rPr>
          <w:sz w:val="26"/>
        </w:rPr>
        <w:t>ad Associazione Mosaico APS</w:t>
      </w:r>
    </w:p>
    <w:p w14:paraId="27C4AC4D" w14:textId="77777777" w:rsidR="00882BB5" w:rsidRDefault="00000000">
      <w:pPr>
        <w:spacing w:after="0"/>
      </w:pPr>
      <w:r>
        <w:rPr>
          <w:i/>
          <w:sz w:val="20"/>
        </w:rPr>
        <w:t>Da compilare possibilmente su carta intestata dell’ente</w:t>
      </w:r>
    </w:p>
    <w:p w14:paraId="3F12C716" w14:textId="77777777" w:rsidR="00882BB5" w:rsidRDefault="00000000">
      <w:pPr>
        <w:pStyle w:val="Titolo1"/>
      </w:pPr>
      <w:r>
        <w:t>Dati del legale rappresentante</w:t>
      </w:r>
    </w:p>
    <w:p w14:paraId="4E6C6AE9" w14:textId="77777777" w:rsidR="00882BB5" w:rsidRDefault="00000000">
      <w:pPr>
        <w:spacing w:after="200" w:line="276" w:lineRule="auto"/>
      </w:pPr>
      <w:r>
        <w:t>Il sottoscritto/a __________________________________________________________</w:t>
      </w:r>
    </w:p>
    <w:p w14:paraId="304E5745" w14:textId="77777777" w:rsidR="00882BB5" w:rsidRDefault="00000000">
      <w:pPr>
        <w:spacing w:after="200" w:line="276" w:lineRule="auto"/>
      </w:pPr>
      <w:r>
        <w:t>Nato/a a __________________________________ il __________________________</w:t>
      </w:r>
    </w:p>
    <w:p w14:paraId="4876B7C0" w14:textId="77777777" w:rsidR="00882BB5" w:rsidRDefault="00000000">
      <w:pPr>
        <w:spacing w:after="200" w:line="276" w:lineRule="auto"/>
      </w:pPr>
      <w:r>
        <w:t>Residente a ____________________________________________________________</w:t>
      </w:r>
    </w:p>
    <w:p w14:paraId="0D7417BF" w14:textId="77777777" w:rsidR="00882BB5" w:rsidRDefault="00000000">
      <w:pPr>
        <w:spacing w:after="200" w:line="276" w:lineRule="auto"/>
      </w:pPr>
      <w:r>
        <w:t>Via __________________________________________________ n. ______________</w:t>
      </w:r>
    </w:p>
    <w:p w14:paraId="39BFA971" w14:textId="77777777" w:rsidR="00882BB5" w:rsidRDefault="00000000">
      <w:pPr>
        <w:pStyle w:val="Titolo1"/>
      </w:pPr>
      <w:r>
        <w:t>Dati dell’ente</w:t>
      </w:r>
    </w:p>
    <w:p w14:paraId="08D43097" w14:textId="77777777" w:rsidR="00882BB5" w:rsidRDefault="00000000">
      <w:pPr>
        <w:spacing w:after="200" w:line="276" w:lineRule="auto"/>
      </w:pPr>
      <w:r>
        <w:t>Rappresentante legale dell’ente _____________________________________________</w:t>
      </w:r>
    </w:p>
    <w:p w14:paraId="4F58D0D8" w14:textId="77777777" w:rsidR="00882BB5" w:rsidRDefault="00000000">
      <w:pPr>
        <w:spacing w:after="200" w:line="276" w:lineRule="auto"/>
      </w:pPr>
      <w:r>
        <w:t>Codice fiscale ente ______________________________________________________</w:t>
      </w:r>
    </w:p>
    <w:p w14:paraId="1D50CCF5" w14:textId="77777777" w:rsidR="00882BB5" w:rsidRDefault="00000000">
      <w:pPr>
        <w:spacing w:after="160"/>
      </w:pPr>
      <w:r>
        <w:t>Con sede in</w:t>
      </w:r>
    </w:p>
    <w:p w14:paraId="3FD3885A" w14:textId="77777777" w:rsidR="00882BB5" w:rsidRDefault="00000000">
      <w:pPr>
        <w:spacing w:after="200" w:line="276" w:lineRule="auto"/>
      </w:pPr>
      <w:r>
        <w:t>Città __________________________________________ CAP ___________________</w:t>
      </w:r>
    </w:p>
    <w:p w14:paraId="3122CB20" w14:textId="77777777" w:rsidR="00882BB5" w:rsidRDefault="00000000">
      <w:pPr>
        <w:spacing w:after="200" w:line="276" w:lineRule="auto"/>
      </w:pPr>
      <w:r>
        <w:t>Via __________________________________________________ n. ______________</w:t>
      </w:r>
    </w:p>
    <w:p w14:paraId="1ED749B8" w14:textId="77777777" w:rsidR="00882BB5" w:rsidRDefault="00000000">
      <w:pPr>
        <w:spacing w:after="200" w:line="276" w:lineRule="auto"/>
      </w:pPr>
      <w:r>
        <w:t>Tel. ______________________________ Fax ________________________________</w:t>
      </w:r>
    </w:p>
    <w:p w14:paraId="4433C912" w14:textId="77777777" w:rsidR="00882BB5" w:rsidRDefault="00000000">
      <w:pPr>
        <w:spacing w:after="200" w:line="276" w:lineRule="auto"/>
      </w:pPr>
      <w:r>
        <w:t>E-mail ________________________________________________________________</w:t>
      </w:r>
    </w:p>
    <w:p w14:paraId="11B59E58" w14:textId="77777777" w:rsidR="00882BB5" w:rsidRDefault="00000000">
      <w:pPr>
        <w:spacing w:after="200" w:line="276" w:lineRule="auto"/>
      </w:pPr>
      <w:r>
        <w:t>PEC __________________________________________________________________</w:t>
      </w:r>
    </w:p>
    <w:p w14:paraId="7F885188" w14:textId="77777777" w:rsidR="00882BB5" w:rsidRDefault="00000000">
      <w:pPr>
        <w:spacing w:after="200" w:line="276" w:lineRule="auto"/>
      </w:pPr>
      <w:r>
        <w:t>Sito internet ____________________________________________________________</w:t>
      </w:r>
    </w:p>
    <w:p w14:paraId="2BACDE1F" w14:textId="77777777" w:rsidR="00882BB5" w:rsidRDefault="00000000">
      <w:pPr>
        <w:pStyle w:val="Titolo1"/>
      </w:pPr>
      <w:r>
        <w:t>Richiesta</w:t>
      </w:r>
    </w:p>
    <w:p w14:paraId="21D20DBA" w14:textId="77777777" w:rsidR="00882BB5" w:rsidRDefault="00000000">
      <w:r>
        <w:rPr>
          <w:b/>
        </w:rPr>
        <w:t xml:space="preserve">Chiede che </w:t>
      </w:r>
      <w:r>
        <w:t>l’ente sopra indicato possa aderire a Associazione Mosaico APS impegnandosi ad accettarne lo Statuto ed i principi ispiratori.</w:t>
      </w:r>
    </w:p>
    <w:p w14:paraId="12655078" w14:textId="77777777" w:rsidR="00882BB5" w:rsidRDefault="00000000">
      <w:pPr>
        <w:spacing w:after="320"/>
      </w:pPr>
      <w:r>
        <w:rPr>
          <w:sz w:val="20"/>
        </w:rPr>
        <w:t>L’ATTO COSTITUTIVO e LO STATUTO dell’ente richiedente sono scaricabili dal Registro Unico Nazionale del Terzo Settore (RUNTS).</w:t>
      </w:r>
    </w:p>
    <w:p w14:paraId="53CCD266" w14:textId="77777777" w:rsidR="00882BB5" w:rsidRDefault="00000000">
      <w:pPr>
        <w:spacing w:after="180"/>
      </w:pPr>
      <w:r>
        <w:t>Luogo e data</w:t>
      </w:r>
    </w:p>
    <w:p w14:paraId="73B085D8" w14:textId="77777777" w:rsidR="00882BB5" w:rsidRDefault="00000000">
      <w:pPr>
        <w:spacing w:after="40"/>
      </w:pPr>
      <w:r>
        <w:t>____________________________          ____________________________________</w:t>
      </w:r>
    </w:p>
    <w:p w14:paraId="560B93CC" w14:textId="77777777" w:rsidR="00882BB5" w:rsidRDefault="00000000">
      <w:pPr>
        <w:jc w:val="right"/>
      </w:pPr>
      <w:r>
        <w:rPr>
          <w:sz w:val="18"/>
        </w:rPr>
        <w:t>Firma del legale rappresentante</w:t>
      </w:r>
    </w:p>
    <w:sectPr w:rsidR="00882BB5" w:rsidSect="00034616">
      <w:footerReference w:type="default" r:id="rId8"/>
      <w:pgSz w:w="11906" w:h="16838"/>
      <w:pgMar w:top="935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357626" w14:textId="77777777" w:rsidR="004669F9" w:rsidRDefault="004669F9">
      <w:pPr>
        <w:spacing w:after="0" w:line="240" w:lineRule="auto"/>
      </w:pPr>
      <w:r>
        <w:separator/>
      </w:r>
    </w:p>
  </w:endnote>
  <w:endnote w:type="continuationSeparator" w:id="0">
    <w:p w14:paraId="33323D53" w14:textId="77777777" w:rsidR="004669F9" w:rsidRDefault="00466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5C7D94" w14:textId="77777777" w:rsidR="00882BB5" w:rsidRDefault="00000000">
    <w:pPr>
      <w:pStyle w:val="Pidipagina"/>
      <w:spacing w:before="120"/>
      <w:jc w:val="center"/>
    </w:pPr>
    <w:r>
      <w:rPr>
        <w:color w:val="59636B"/>
        <w:sz w:val="16"/>
      </w:rPr>
      <w:t>Via E. Scuri, 1/C · 24128 Bergamo | Tel. 035.254140 · Fax 035.4329224</w:t>
    </w:r>
    <w:r>
      <w:br/>
    </w:r>
    <w:r>
      <w:rPr>
        <w:color w:val="59636B"/>
        <w:sz w:val="16"/>
      </w:rPr>
      <w:t>www.mosaico.org | E-mail info@mosaico.org · PEC info@pec.mosaico.org</w:t>
    </w:r>
    <w:r>
      <w:br/>
    </w:r>
    <w:r>
      <w:rPr>
        <w:color w:val="59636B"/>
        <w:sz w:val="16"/>
      </w:rPr>
      <w:t>Codice fiscale 95116050162 · Partita IVA 03173330162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D6836A" w14:textId="77777777" w:rsidR="004669F9" w:rsidRDefault="004669F9">
      <w:pPr>
        <w:spacing w:after="0" w:line="240" w:lineRule="auto"/>
      </w:pPr>
      <w:r>
        <w:separator/>
      </w:r>
    </w:p>
  </w:footnote>
  <w:footnote w:type="continuationSeparator" w:id="0">
    <w:p w14:paraId="3DCD180F" w14:textId="77777777" w:rsidR="004669F9" w:rsidRDefault="00466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2752759">
    <w:abstractNumId w:val="8"/>
  </w:num>
  <w:num w:numId="2" w16cid:durableId="1804732683">
    <w:abstractNumId w:val="6"/>
  </w:num>
  <w:num w:numId="3" w16cid:durableId="836729784">
    <w:abstractNumId w:val="5"/>
  </w:num>
  <w:num w:numId="4" w16cid:durableId="24252455">
    <w:abstractNumId w:val="4"/>
  </w:num>
  <w:num w:numId="5" w16cid:durableId="975797860">
    <w:abstractNumId w:val="7"/>
  </w:num>
  <w:num w:numId="6" w16cid:durableId="320699692">
    <w:abstractNumId w:val="3"/>
  </w:num>
  <w:num w:numId="7" w16cid:durableId="286205532">
    <w:abstractNumId w:val="2"/>
  </w:num>
  <w:num w:numId="8" w16cid:durableId="316157155">
    <w:abstractNumId w:val="1"/>
  </w:num>
  <w:num w:numId="9" w16cid:durableId="1909805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2CCD"/>
    <w:rsid w:val="0015074B"/>
    <w:rsid w:val="0029639D"/>
    <w:rsid w:val="00326F90"/>
    <w:rsid w:val="004669F9"/>
    <w:rsid w:val="00882BB5"/>
    <w:rsid w:val="00AA1D8D"/>
    <w:rsid w:val="00B47730"/>
    <w:rsid w:val="00CB0664"/>
    <w:rsid w:val="00EF00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BB7EA1"/>
  <w14:defaultImageDpi w14:val="300"/>
  <w15:docId w15:val="{7BC4CC69-20C0-4E73-97E8-093E9E8F4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 w:line="259" w:lineRule="auto"/>
    </w:pPr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5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adesione ad Associazione Mosaico APS</dc:title>
  <dc:subject/>
  <dc:creator>Associazione Mosaico APS</dc:creator>
  <cp:keywords/>
  <dc:description>generated by python-docx</dc:description>
  <cp:lastModifiedBy>Marta Personeni</cp:lastModifiedBy>
  <cp:revision>2</cp:revision>
  <dcterms:created xsi:type="dcterms:W3CDTF">2026-11-02T11:55:00Z</dcterms:created>
  <dcterms:modified xsi:type="dcterms:W3CDTF">2026-11-02T11:55:00Z</dcterms:modified>
  <cp:category/>
</cp:coreProperties>
</file>